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38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gali-bo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3824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ব্যক্তিগত তথ্য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অরিন্দম চ্যাটার্জি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জন্ম তারিখ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১২ জানুয়ারি ১৯৯৭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জন্মের সময়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সকাল ৮:৩০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জন্মস্থান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কলকাতা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উচ্চতা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৫ ফুট ৯ ইঞ্চি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ধর্ম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হিন্দু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জাত / গোত্র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ব্রাহ্মণ (শাণ্ডিল্য গোত্র)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শিক্ষাগত যোগ্যতা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বি.ই. (কম্পিউটার সায়েন্স), যাদবপুর বিশ্ববিদ্যালয়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পেশা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সফটওয়্যার ইঞ্জিনিয়ার, কলকাতা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বার্ষিক আয়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বার্ষিক ₹১২ লক্ষ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পারিবারিক তথ্য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বাবার 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সুব্রত চ্যাটার্জি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বাবার পেশা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অবসরপ্রাপ্ত সরকারি কর্মচারী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মায়ের 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শর্মিষ্ঠা চ্যাটার্জি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মায়ের পেশা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গৃহিণী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ভাই / বোন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১ বোন (বিবাহিত)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যোগাযোগের তথ্য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যোগাযোগের ব্যক্তির 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সুব্রত চ্যাটার্জি (বাবা)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মোবাইল নম্বর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ঠিকানা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২৫, সল্টলেক, কলকাতা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আমার সম্পর্কে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আমি কলকাতায় সফটওয়্যার ইঞ্জিনিয়ার হিসেবে কাজ করি। ফুটবল খেলতে, রবীন্দ্রসংগীত শুনতে আর বেড়াতে ভালোবাসি।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জীবনসঙ্গীর কাছে প্রত্যাশা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শিক্ষিত, সহৃদয় এবং পরিবারকে গুরুত্ব দেন এমন জীবনসঙ্গী।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double" w:sz="12" w:space="24" w:color="7A121C"/>
        <w:left w:val="double" w:sz="12" w:space="24" w:color="7A121C"/>
        <w:bottom w:val="double" w:sz="12" w:space="24" w:color="7A121C"/>
        <w:right w:val="double" w:sz="12" w:space="24" w:color="7A121C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এই ফাইলটি MS Word বা Google Docs-এ এডিট করুন। ৫ মিনিটে ডিজাইন করা PDF চান? ফ্রিতে তৈরি করুন: </w:t>
    </w:r>
    <w:hyperlink r:id="rId1">
      <w:r>
        <w:rPr>
          <w:color w:val="7A121C"/>
          <w:u w:val="single"/>
          <w:sz w:val="16"/>
        </w:rPr>
        <w:t>mybiodata.app/bn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bn-BD" w:bidi="bn-BD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b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বিয়ের বায়োডাটা</dc:title>
  <dc:subject/>
  <dc:creator>MyBiodata.App</dc:creator>
  <cp:keywords/>
  <dc:description>https://mybiodata.app/bn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