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-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ব্যক্তিগত তথ্য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জন্ম তারিখ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জন্মের সময়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জন্মস্থান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উচ্চতা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গায়ের রং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ধর্ম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জাত / গোত্র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শিক্ষাগত যোগ্যতা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পেশা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বার্ষিক আয়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পারিবারিক তথ্য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বাবার 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বাবার পেশা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মায়ের 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মায়ের পেশা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ভাই / বোন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যোগাযোগের তথ্য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যোগাযোগের ব্যক্তির 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মোবাইল নম্বর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ঠিকানা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আমার সম্পর্কে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জীবনসঙ্গীর কাছে প্রত্যাশা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এখানে লিখুন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double" w:sz="12" w:space="24" w:color="7A121C"/>
        <w:left w:val="double" w:sz="12" w:space="24" w:color="7A121C"/>
        <w:bottom w:val="double" w:sz="12" w:space="24" w:color="7A121C"/>
        <w:right w:val="double" w:sz="12" w:space="24" w:color="7A121C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এই ফাইলটি MS Word বা Google Docs-এ এডিট করুন। ৫ মিনিটে ডিজাইন করা PDF চান? ফ্রিতে তৈরি করুন: </w:t>
    </w:r>
    <w:hyperlink r:id="rId1">
      <w:r>
        <w:rPr>
          <w:color w:val="7A121C"/>
          <w:u w:val="single"/>
          <w:sz w:val="16"/>
        </w:rPr>
        <w:t>mybiodata.app/bn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bn-BD" w:bidi="bn-B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বিয়ের বায়োডাটা</dc:title>
  <dc:subject/>
  <dc:creator>MyBiodata.App</dc:creator>
  <cp:keywords/>
  <dc:description>https://mybiodata.app/bn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