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721"/>
      </w:tblGrid>
      <w:tr>
        <w:tc>
          <w:tcPr>
            <w:tcW w:type="dxa" w:w="6917"/>
          </w:tcPr>
          <w:p>
            <w:pPr>
              <w:spacing w:before="720"/>
            </w:pPr>
            <w:r>
              <w:rPr>
                <w:rFonts w:ascii="Arial" w:hAnsi="Arial" w:cs="Nirmala UI"/>
                <w:b/>
                <w:color w:val="1F3A5F"/>
                <w:sz w:val="48"/>
                <w:szCs w:val="48"/>
                <w:bCs/>
              </w:rPr>
              <w:t>নুসরাত জাহান</w:t>
            </w:r>
          </w:p>
        </w:tc>
        <w:tc>
          <w:tcPr>
            <w:tcW w:type="dxa" w:w="2721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24000" cy="146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ngali-girl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46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6123"/>
      </w:tblGrid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ব্যক্তিগত তথ্য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নাম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নুসরাত জাহান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জন্ম তারিখ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৪ মার্চ ১৯৯৮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জন্মস্থান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ঢাকা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উচ্চতা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৫ ফুট ৩ ইঞ্চি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ধর্ম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ইসলাম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শিক্ষাগত যোগ্যতা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এমবিএ, ঢাকা বিশ্ববিদ্যালয়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পেশা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ব্যাংক কর্মকর্তা, ঢাকা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বার্ষিক আয়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বার্ষিক ৯ লক্ষ টাকা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পারিবারিক তথ্য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বাবার নাম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আব্দুল করিম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বাবার পেশা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ব্যবসায়ী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মায়ের নাম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সালমা বেগম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মায়ের পেশা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গৃহিণী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ভাই / বোন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১ ছোট ভাই (পড়াশোনা করছে)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যোগাযোগের তথ্য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যোগাযোগের ব্যক্তির নাম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আব্দুল করিম (বাবা)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মোবাইল নম্বর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+880 17XX XXXXXX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ঠিকানা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বাড়ি ১২, রোড ৫, ধানমন্ডি, ঢাকা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আমার সম্পর্কে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আমি ঢাকায় একটি ব্যাংকে কর্মকর্তা হিসেবে কাজ করি। বই পড়তে, রান্না করতে আর পরিবারের সঙ্গে সময় কাটাতে ভালোবাসি।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জীবনসঙ্গীর কাছে প্রত্যাশা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শিক্ষিত, ধার্মিক ও দায়িত্বশীল জীবনসঙ্গী, যিনি পরিবারকে গুরুত্ব দেন।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এই ফাইলটি MS Word বা Google Docs-এ এডিট করুন। ৫ মিনিটে ডিজাইন করা PDF চান? ফ্রিতে তৈরি করুন: </w:t>
    </w:r>
    <w:hyperlink r:id="rId1">
      <w:r>
        <w:rPr>
          <w:color w:val="1F3A5F"/>
          <w:u w:val="single"/>
          <w:sz w:val="16"/>
        </w:rPr>
        <w:t>mybiodata.app/bn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bn-BD" w:bidi="bn-B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বিয়ের বায়োডাটা</dc:title>
  <dc:subject/>
  <dc:creator>MyBiodata.App</dc:creator>
  <cp:keywords/>
  <dc:description>https://mybiodata.app/bn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