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638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402"/>
        <w:gridCol w:w="6236"/>
      </w:tblGrid>
      <w:tr>
        <w:tc>
          <w:tcPr>
            <w:tcW w:type="dxa" w:w="9638"/>
            <w:gridSpan w:val="2"/>
          </w:tcPr>
          <w:p>
            <w:pPr>
              <w:spacing w:before="200" w:after="80"/>
              <w:pBdr>
                <w:bottom w:val="single" w:sz="8" w:space="2" w:color="9A9A9A"/>
              </w:pBdr>
            </w:pPr>
            <w:r>
              <w:rPr>
                <w:rFonts w:ascii="Arial" w:hAnsi="Arial" w:cs="Nirmala UI"/>
                <w:b/>
                <w:color w:val="222222"/>
                <w:sz w:val="26"/>
                <w:szCs w:val="26"/>
                <w:bCs/>
              </w:rPr>
              <w:t>ব্যক্তিগত তথ্য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নাম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নুসরাত জাহান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জন্ম তারিখ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৪ মার্চ ১৯৯৮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জন্মস্থান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ঢাকা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উচ্চতা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৫ ফুট ৩ ইঞ্চি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ধর্ম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ইসলাম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শিক্ষাগত যোগ্যতা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এমবিএ, ঢাকা বিশ্ববিদ্যালয়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পেশা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ব্যাংক কর্মকর্তা, ঢাকা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বার্ষিক আয়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বার্ষিক ৯ লক্ষ টাকা</w:t>
            </w:r>
          </w:p>
        </w:tc>
      </w:tr>
      <w:tr>
        <w:tc>
          <w:tcPr>
            <w:tcW w:type="dxa" w:w="9638"/>
            <w:gridSpan w:val="2"/>
          </w:tcPr>
          <w:p>
            <w:pPr>
              <w:spacing w:before="200" w:after="80"/>
              <w:pBdr>
                <w:bottom w:val="single" w:sz="8" w:space="2" w:color="9A9A9A"/>
              </w:pBdr>
            </w:pPr>
            <w:r>
              <w:rPr>
                <w:rFonts w:ascii="Arial" w:hAnsi="Arial" w:cs="Nirmala UI"/>
                <w:b/>
                <w:color w:val="222222"/>
                <w:sz w:val="26"/>
                <w:szCs w:val="26"/>
                <w:bCs/>
              </w:rPr>
              <w:t>পারিবারিক তথ্য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বাবার নাম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আব্দুল করিম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বাবার পেশা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ব্যবসায়ী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মায়ের নাম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সালমা বেগম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মায়ের পেশা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গৃহিণী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ভাই / বোন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১ ছোট ভাই (পড়াশোনা করছে)</w:t>
            </w:r>
          </w:p>
        </w:tc>
      </w:tr>
      <w:tr>
        <w:tc>
          <w:tcPr>
            <w:tcW w:type="dxa" w:w="9638"/>
            <w:gridSpan w:val="2"/>
          </w:tcPr>
          <w:p>
            <w:pPr>
              <w:spacing w:before="200" w:after="80"/>
              <w:pBdr>
                <w:bottom w:val="single" w:sz="8" w:space="2" w:color="9A9A9A"/>
              </w:pBdr>
            </w:pPr>
            <w:r>
              <w:rPr>
                <w:rFonts w:ascii="Arial" w:hAnsi="Arial" w:cs="Nirmala UI"/>
                <w:b/>
                <w:color w:val="222222"/>
                <w:sz w:val="26"/>
                <w:szCs w:val="26"/>
                <w:bCs/>
              </w:rPr>
              <w:t>যোগাযোগের তথ্য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যোগাযোগের ব্যক্তির নাম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আব্দুল করিম (বাবা)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মোবাইল নম্বর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+880 17XX XXXXXX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ঠিকানা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222222"/>
                <w:sz w:val="24"/>
                <w:szCs w:val="24"/>
              </w:rPr>
              <w:t>বাড়ি ১২, রোড ৫, ধানমন্ডি, ঢাকা</w:t>
            </w:r>
          </w:p>
        </w:tc>
      </w:tr>
      <w:tr>
        <w:tc>
          <w:tcPr>
            <w:tcW w:type="dxa" w:w="9638"/>
            <w:gridSpan w:val="2"/>
          </w:tcPr>
          <w:p>
            <w:pPr>
              <w:spacing w:before="200" w:after="80"/>
              <w:pBdr>
                <w:bottom w:val="single" w:sz="8" w:space="2" w:color="9A9A9A"/>
              </w:pBdr>
            </w:pPr>
            <w:r>
              <w:rPr>
                <w:rFonts w:ascii="Arial" w:hAnsi="Arial" w:cs="Nirmala UI"/>
                <w:b/>
                <w:color w:val="222222"/>
                <w:sz w:val="26"/>
                <w:szCs w:val="26"/>
                <w:bCs/>
              </w:rPr>
              <w:t>আমার সম্পর্কে</w:t>
            </w:r>
          </w:p>
        </w:tc>
      </w:tr>
      <w:tr>
        <w:tc>
          <w:tcPr>
            <w:tcW w:type="dxa" w:w="9638"/>
            <w:gridSpan w:val="2"/>
          </w:tcPr>
          <w:p>
            <w:r>
              <w:rPr>
                <w:rFonts w:ascii="Arial" w:hAnsi="Arial" w:cs="Nirmala UI"/>
                <w:color w:val="222222"/>
                <w:sz w:val="24"/>
                <w:szCs w:val="24"/>
              </w:rPr>
              <w:t>আমি ঢাকায় একটি ব্যাংকে কর্মকর্তা হিসেবে কাজ করি। বই পড়তে, রান্না করতে আর পরিবারের সঙ্গে সময় কাটাতে ভালোবাসি।</w:t>
            </w:r>
          </w:p>
        </w:tc>
      </w:tr>
      <w:tr>
        <w:tc>
          <w:tcPr>
            <w:tcW w:type="dxa" w:w="9638"/>
            <w:gridSpan w:val="2"/>
          </w:tcPr>
          <w:p>
            <w:pPr>
              <w:spacing w:before="200" w:after="80"/>
              <w:pBdr>
                <w:bottom w:val="single" w:sz="8" w:space="2" w:color="9A9A9A"/>
              </w:pBdr>
            </w:pPr>
            <w:r>
              <w:rPr>
                <w:rFonts w:ascii="Arial" w:hAnsi="Arial" w:cs="Nirmala UI"/>
                <w:b/>
                <w:color w:val="222222"/>
                <w:sz w:val="26"/>
                <w:szCs w:val="26"/>
                <w:bCs/>
              </w:rPr>
              <w:t>জীবনসঙ্গীর কাছে প্রত্যাশা</w:t>
            </w:r>
          </w:p>
        </w:tc>
      </w:tr>
      <w:tr>
        <w:tc>
          <w:tcPr>
            <w:tcW w:type="dxa" w:w="9638"/>
            <w:gridSpan w:val="2"/>
          </w:tcPr>
          <w:p>
            <w:r>
              <w:rPr>
                <w:rFonts w:ascii="Arial" w:hAnsi="Arial" w:cs="Nirmala UI"/>
                <w:color w:val="222222"/>
                <w:sz w:val="24"/>
                <w:szCs w:val="24"/>
              </w:rPr>
              <w:t>শিক্ষিত, ধার্মিক ও দায়িত্বশীল জীবনসঙ্গী, যিনি পরিবারকে গুরুত্ব দেন।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Nirmala UI"/>
        <w:color w:val="8A8A8A"/>
        <w:sz w:val="16"/>
        <w:szCs w:val="16"/>
      </w:rPr>
      <w:t xml:space="preserve">এই ফাইলটি MS Word বা Google Docs-এ এডিট করুন। ৫ মিনিটে ডিজাইন করা PDF চান? ফ্রিতে তৈরি করুন: </w:t>
    </w:r>
    <w:hyperlink r:id="rId1">
      <w:r>
        <w:rPr>
          <w:color w:val="222222"/>
          <w:u w:val="single"/>
          <w:sz w:val="16"/>
        </w:rPr>
        <w:t>mybiodata.app/bn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lang w:val="bn-BD" w:bidi="bn-BD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mybiodata.app/b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বিয়ের বায়োডাটা</dc:title>
  <dc:subject/>
  <dc:creator>MyBiodata.App</dc:creator>
  <cp:keywords/>
  <dc:description>https://mybiodata.app/bn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