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ব্যক্তিগত তথ্য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জন্মের সময়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গায়ের রং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জাত / গোত্র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পারিবারিক তথ্য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যোগাযোগের তথ্য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আমার সম্পর্কে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জীবনসঙ্গীর কাছে প্রত্যাশা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8E2A0B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