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વ્યક્તિગત વિગતો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તારીખ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સમય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સ્થળ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ઊંચાઈ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રંગ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ધર્મ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જ્ઞાતિ / ગોત્ર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શિક્ષણ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વાર્ષિક આવક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પારિવારિક વિગતો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પિતાજીનું 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પિતાજીનો 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માતાજીનું 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માતાજીનો 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ભાઈ / બહેન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સંપર્ક વિગતો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સંપર્ક વ્યક્તિ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મોબાઇલ નંબર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સરનામું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મારા વિશે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જીવનસાથી પાસેથી અપેક્ષાઓ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અહીં ભરો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આ ફાઇલ MS Word અથવા Google Docs માં એડિટ કરો. 5 મિનિટમાં ડિઝાઇન કરેલી PDF જોઈએ? મફત બનાવો: </w:t>
    </w:r>
    <w:hyperlink r:id="rId1">
      <w:r>
        <w:rPr>
          <w:color w:val="7A121C"/>
          <w:u w:val="single"/>
          <w:sz w:val="16"/>
        </w:rPr>
        <w:t>mybiodata.app/gu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gu-IN" w:bidi="gu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લગ્ન બાયોડેટા</dc:title>
  <dc:subject/>
  <dc:creator>MyBiodata.App</dc:creator>
  <cp:keywords/>
  <dc:description>https://mybiodata.app/gu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