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6917"/>
        <w:gridCol w:w="2721"/>
      </w:tblGrid>
      <w:tr>
        <w:tc>
          <w:tcPr>
            <w:tcW w:type="dxa" w:w="6917"/>
          </w:tcPr>
          <w:p>
            <w:pPr>
              <w:spacing w:before="720"/>
            </w:pPr>
            <w:r>
              <w:rPr>
                <w:rFonts w:ascii="Arial" w:hAnsi="Arial" w:cs="Nirmala UI"/>
                <w:b/>
                <w:color w:val="1F3A5F"/>
                <w:sz w:val="48"/>
                <w:szCs w:val="48"/>
                <w:bCs/>
              </w:rPr>
              <w:t>કૃપા શાહ</w:t>
            </w:r>
          </w:p>
        </w:tc>
        <w:tc>
          <w:tcPr>
            <w:tcW w:type="dxa" w:w="2721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224000" cy="1468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ujarati-girl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46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/>
      </w:pPr>
    </w:p>
    <w:tbl>
      <w:tblPr>
        <w:tblW w:type="dxa" w:w="963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515"/>
        <w:gridCol w:w="6123"/>
      </w:tblGrid>
      <w:tr>
        <w:tc>
          <w:tcPr>
            <w:tcW w:type="dxa" w:w="9638"/>
            <w:gridSpan w:val="2"/>
            <w:shd w:val="clear" w:color="auto" w:fill="1F3A5F"/>
          </w:tcPr>
          <w:p>
            <w:pPr>
              <w:spacing w:before="60" w:after="60"/>
            </w:pPr>
            <w:r>
              <w:rPr>
                <w:rFonts w:ascii="Arial" w:hAnsi="Arial" w:cs="Nirmala UI"/>
                <w:b/>
                <w:color w:val="FFFFFF"/>
                <w:sz w:val="26"/>
                <w:szCs w:val="26"/>
                <w:bCs/>
              </w:rPr>
              <w:t>વ્યક્તિગત વિગતો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નામ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કૃપા શાહ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જન્મ તારીખ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27 જૂન 1998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જન્મ સમય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બપોરે 1:15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જન્મ સ્થળ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સુરત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ઊંચાઈ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5 ફૂટ 3 ઇંચ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ધર્મ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જૈન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જ્ઞાતિ / ગોત્ર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વિસા શ્રીમાળી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શિક્ષણ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M.Pharm, વીર નર્મદ દક્ષિણ ગુજરાત યુનિવર્સિટી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વ્યવસાય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ફાર્માસિસ્ટ, સુરત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વાર્ષિક આવક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₹6 લાખ વાર્ષિક</w:t>
            </w:r>
          </w:p>
        </w:tc>
      </w:tr>
      <w:tr>
        <w:tc>
          <w:tcPr>
            <w:tcW w:type="dxa" w:w="9638"/>
            <w:gridSpan w:val="2"/>
            <w:shd w:val="clear" w:color="auto" w:fill="1F3A5F"/>
          </w:tcPr>
          <w:p>
            <w:pPr>
              <w:spacing w:before="60" w:after="60"/>
            </w:pPr>
            <w:r>
              <w:rPr>
                <w:rFonts w:ascii="Arial" w:hAnsi="Arial" w:cs="Nirmala UI"/>
                <w:b/>
                <w:color w:val="FFFFFF"/>
                <w:sz w:val="26"/>
                <w:szCs w:val="26"/>
                <w:bCs/>
              </w:rPr>
              <w:t>પારિવારિક વિગતો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પિતાજીનું નામ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દિનેશભાઈ શાહ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પિતાજીનો વ્યવસાય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હીરાના વેપારી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માતાજીનું નામ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રીટાબેન શાહ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માતાજીનો વ્યવસાય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ગૃહિણી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ભાઈ / બહેન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1 મોટી બહેન (પરિણીત)</w:t>
            </w:r>
          </w:p>
        </w:tc>
      </w:tr>
      <w:tr>
        <w:tc>
          <w:tcPr>
            <w:tcW w:type="dxa" w:w="9638"/>
            <w:gridSpan w:val="2"/>
            <w:shd w:val="clear" w:color="auto" w:fill="1F3A5F"/>
          </w:tcPr>
          <w:p>
            <w:pPr>
              <w:spacing w:before="60" w:after="60"/>
            </w:pPr>
            <w:r>
              <w:rPr>
                <w:rFonts w:ascii="Arial" w:hAnsi="Arial" w:cs="Nirmala UI"/>
                <w:b/>
                <w:color w:val="FFFFFF"/>
                <w:sz w:val="26"/>
                <w:szCs w:val="26"/>
                <w:bCs/>
              </w:rPr>
              <w:t>સંપર્ક વિગતો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સંપર્ક વ્યક્તિ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દિનેશભાઈ શાહ (પિતા)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મોબાઇલ નંબર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+91 98XXX XXXXX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સરનામું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23, અડાજણ, સુરત</w:t>
            </w:r>
          </w:p>
        </w:tc>
      </w:tr>
      <w:tr>
        <w:tc>
          <w:tcPr>
            <w:tcW w:type="dxa" w:w="9638"/>
            <w:gridSpan w:val="2"/>
            <w:shd w:val="clear" w:color="auto" w:fill="1F3A5F"/>
          </w:tcPr>
          <w:p>
            <w:pPr>
              <w:spacing w:before="60" w:after="60"/>
            </w:pPr>
            <w:r>
              <w:rPr>
                <w:rFonts w:ascii="Arial" w:hAnsi="Arial" w:cs="Nirmala UI"/>
                <w:b/>
                <w:color w:val="FFFFFF"/>
                <w:sz w:val="26"/>
                <w:szCs w:val="26"/>
                <w:bCs/>
              </w:rPr>
              <w:t>મારા વિશે</w:t>
            </w:r>
          </w:p>
        </w:tc>
      </w:tr>
      <w:tr>
        <w:tc>
          <w:tcPr>
            <w:tcW w:type="dxa" w:w="9638"/>
            <w:gridSpan w:val="2"/>
          </w:tcPr>
          <w:p>
            <w:r>
              <w:rPr>
                <w:rFonts w:ascii="Arial" w:hAnsi="Arial" w:cs="Nirmala UI"/>
                <w:color w:val="222222"/>
                <w:sz w:val="24"/>
                <w:szCs w:val="24"/>
              </w:rPr>
              <w:t>હું સુરતમાં ફાર્માસિસ્ટ છું. મને વાંચન, રસોઈ અને સંગીત ગમે છે. હું શાકાહારી છું.</w:t>
            </w:r>
          </w:p>
        </w:tc>
      </w:tr>
      <w:tr>
        <w:tc>
          <w:tcPr>
            <w:tcW w:type="dxa" w:w="9638"/>
            <w:gridSpan w:val="2"/>
            <w:shd w:val="clear" w:color="auto" w:fill="1F3A5F"/>
          </w:tcPr>
          <w:p>
            <w:pPr>
              <w:spacing w:before="60" w:after="60"/>
            </w:pPr>
            <w:r>
              <w:rPr>
                <w:rFonts w:ascii="Arial" w:hAnsi="Arial" w:cs="Nirmala UI"/>
                <w:b/>
                <w:color w:val="FFFFFF"/>
                <w:sz w:val="26"/>
                <w:szCs w:val="26"/>
                <w:bCs/>
              </w:rPr>
              <w:t>જીવનસાથી પાસેથી અપેક્ષાઓ</w:t>
            </w:r>
          </w:p>
        </w:tc>
      </w:tr>
      <w:tr>
        <w:tc>
          <w:tcPr>
            <w:tcW w:type="dxa" w:w="9638"/>
            <w:gridSpan w:val="2"/>
          </w:tcPr>
          <w:p>
            <w:r>
              <w:rPr>
                <w:rFonts w:ascii="Arial" w:hAnsi="Arial" w:cs="Nirmala UI"/>
                <w:color w:val="222222"/>
                <w:sz w:val="24"/>
                <w:szCs w:val="24"/>
              </w:rPr>
              <w:t>શિક્ષિત, શાકાહારી અને પરિવારને મહત્વ આપતો જીવનસાથી.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Nirmala UI"/>
        <w:color w:val="8A8A8A"/>
        <w:sz w:val="16"/>
        <w:szCs w:val="16"/>
      </w:rPr>
      <w:t xml:space="preserve">આ ફાઇલ MS Word અથવા Google Docs માં એડિટ કરો. 5 મિનિટમાં ડિઝાઇન કરેલી PDF જોઈએ? મફત બનાવો: </w:t>
    </w:r>
    <w:hyperlink r:id="rId1">
      <w:r>
        <w:rPr>
          <w:color w:val="1F3A5F"/>
          <w:u w:val="single"/>
          <w:sz w:val="16"/>
        </w:rPr>
        <w:t>mybiodata.app/gu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gu-IN" w:bidi="gu-I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ybiodata.app/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લગ્ન બાયોડેટા</dc:title>
  <dc:subject/>
  <dc:creator>MyBiodata.App</dc:creator>
  <cp:keywords/>
  <dc:description>https://mybiodata.app/gu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