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17"/>
        <w:gridCol w:w="2721"/>
      </w:tblGrid>
      <w:tr>
        <w:tc>
          <w:tcPr>
            <w:tcW w:type="dxa" w:w="6917"/>
          </w:tcPr>
          <w:p>
            <w:pPr>
              <w:spacing w:before="720"/>
            </w:pPr>
            <w:r>
              <w:rPr>
                <w:rFonts w:ascii="Arial" w:hAnsi="Arial" w:cs="Nirmala UI"/>
                <w:b/>
                <w:color w:val="8A8A8A"/>
                <w:sz w:val="48"/>
                <w:szCs w:val="48"/>
                <w:bCs/>
              </w:rPr>
              <w:t>અહીં ભરો</w:t>
            </w:r>
          </w:p>
        </w:tc>
        <w:tc>
          <w:tcPr>
            <w:tcW w:type="dxa" w:w="2721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-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515"/>
        <w:gridCol w:w="6123"/>
      </w:tblGrid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વ્યક્તિગત વિગતો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નામ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જન્મ તારીખ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જન્મ સમય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જન્મ સ્થળ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ઊંચાઈ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રંગ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ધર્મ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જ્ઞાતિ / ગોત્ર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શિક્ષણ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વ્યવસાય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વાર્ષિક આવક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પારિવારિક વિગતો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પિતાજીનું નામ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પિતાજીનો વ્યવસાય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માતાજીનું નામ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માતાજીનો વ્યવસાય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ભાઈ / બહેન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સંપર્ક વિગતો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સંપર્ક વ્યક્તિ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મોબાઇલ નંબર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સરનામું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મારા વિશે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જીવનસાથી પાસેથી અપેક્ષાઓ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અહીં ભરો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આ ફાઇલ MS Word અથવા Google Docs માં એડિટ કરો. 5 મિનિટમાં ડિઝાઇન કરેલી PDF જોઈએ? મફત બનાવો: </w:t>
    </w:r>
    <w:hyperlink r:id="rId1">
      <w:r>
        <w:rPr>
          <w:color w:val="1F3A5F"/>
          <w:u w:val="single"/>
          <w:sz w:val="16"/>
        </w:rPr>
        <w:t>mybiodata.app/gu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gu-IN" w:bidi="gu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લગ્ન બાયોડેટા</dc:title>
  <dc:subject/>
  <dc:creator>MyBiodata.App</dc:creator>
  <cp:keywords/>
  <dc:description>https://mybiodata.app/gu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