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Georgia" w:hAnsi="Georgia" w:cs="Nirmala UI"/>
          <w:color w:val="B8892E"/>
          <w:sz w:val="28"/>
          <w:szCs w:val="28"/>
        </w:rPr>
        <w:t>❖  ❖  ❖</w:t>
      </w:r>
    </w:p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152000" cy="138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ujarati-boy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3824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dxa" w:w="9637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009"/>
      </w:tblGrid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વ્યક્તિગત વિગતો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નામ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હાર્દિક પટેલ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જન્મ તારીખ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11 ફેબ્રુઆરી 1997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જન્મ સમય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સવારે 9:05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જન્મ સ્થળ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અમદાવાદ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ઊંચાઈ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5 ફૂટ 9 ઇંચ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ધર્મ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હિંદુ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જ્ઞાતિ / ગોત્ર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લેઉવા પટેલ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શિક્ષણ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B.Com, ચાર્ટર્ડ એકાઉન્ટન્ટ (CA)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વ્યવસાય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CA, પોતાની પ્રેક્ટિસ, અમદાવાદ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વાર્ષિક આવક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₹15 લાખ વાર્ષિક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પારિવારિક વિગતો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પિતાજીનું નામ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મહેશભાઈ પટેલ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પિતાજીનો વ્યવસાય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કાપડના વેપારી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માતાજીનું નામ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નયનાબેન પટેલ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માતાજીનો વ્યવસાય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ગૃહિણી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ભાઈ / બહેન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1 નાનો ભાઈ (એન્જિનિયરિંગમાં અભ્યાસ)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સંપર્ક વિગતો  ❖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સંપર્ક વ્યક્તિ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મહેશભાઈ પટેલ (પિતા)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મોબાઇલ નંબર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+91 98XXX XXXXX</w:t>
            </w:r>
          </w:p>
        </w:tc>
      </w:tr>
      <w:tr>
        <w:tc>
          <w:tcPr>
            <w:tcW w:type="dxa" w:w="3628"/>
          </w:tcPr>
          <w:p>
            <w:pPr>
              <w:spacing w:before="20" w:after="40"/>
            </w:pPr>
            <w:r>
              <w:rPr>
                <w:rFonts w:ascii="Georgia" w:hAnsi="Georgia" w:cs="Nirmala UI"/>
                <w:b/>
                <w:color w:val="222222"/>
                <w:sz w:val="24"/>
                <w:szCs w:val="24"/>
                <w:bCs/>
              </w:rPr>
              <w:t>સરનામું</w:t>
            </w:r>
          </w:p>
        </w:tc>
        <w:tc>
          <w:tcPr>
            <w:tcW w:type="dxa" w:w="6009"/>
          </w:tcPr>
          <w:p>
            <w:pPr>
              <w:spacing w:before="20" w:after="40"/>
            </w:pPr>
            <w:r>
              <w:rPr>
                <w:rFonts w:ascii="Georgia" w:hAnsi="Georgia" w:cs="Nirmala UI"/>
                <w:b w:val="0"/>
                <w:color w:val="222222"/>
                <w:sz w:val="24"/>
                <w:szCs w:val="24"/>
              </w:rPr>
              <w:t>8, સેટેલાઇટ રોડ, અમદાવાદ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મારા વિશે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હું અમદાવાદમાં CA તરીકે મારી પ્રેક્ટિસ ચલાવું છું. મને ગરબા, ક્રિકેટ અને પરિવાર સાથે પ્રવાસ ગમે છે.</w:t>
            </w:r>
          </w:p>
        </w:tc>
      </w:tr>
      <w:tr>
        <w:tc>
          <w:tcPr>
            <w:tcW w:type="dxa" w:w="9637"/>
            <w:gridSpan w:val="2"/>
          </w:tcPr>
          <w:p>
            <w:pPr>
              <w:spacing w:before="200" w:after="80"/>
              <w:jc w:val="center"/>
              <w:pBdr>
                <w:bottom w:val="single" w:sz="8" w:space="2" w:color="B8892E"/>
              </w:pBdr>
            </w:pPr>
            <w:r>
              <w:rPr>
                <w:rFonts w:ascii="Georgia" w:hAnsi="Georgia" w:cs="Nirmala UI"/>
                <w:b/>
                <w:color w:val="8E2A0B"/>
                <w:sz w:val="28"/>
                <w:szCs w:val="28"/>
                <w:bCs/>
              </w:rPr>
              <w:t>❖  જીવનસાથી પાસેથી અપેક્ષાઓ  ❖</w:t>
            </w:r>
          </w:p>
        </w:tc>
      </w:tr>
      <w:tr>
        <w:tc>
          <w:tcPr>
            <w:tcW w:type="dxa" w:w="9637"/>
            <w:gridSpan w:val="2"/>
          </w:tcPr>
          <w:p>
            <w:r>
              <w:rPr>
                <w:rFonts w:ascii="Georgia" w:hAnsi="Georgia" w:cs="Nirmala UI"/>
                <w:color w:val="222222"/>
                <w:sz w:val="24"/>
                <w:szCs w:val="24"/>
              </w:rPr>
              <w:t>શિક્ષિત, સમજદાર અને પરિવારને મહત્વ આપતી જીવનસાથી.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  <w:pgBorders w:offsetFrom="page">
        <w:top w:val="thinThickSmallGap" w:sz="24" w:space="24" w:color="B8892E"/>
        <w:left w:val="thinThickSmallGap" w:sz="24" w:space="24" w:color="B8892E"/>
        <w:bottom w:val="thinThickSmallGap" w:sz="24" w:space="24" w:color="B8892E"/>
        <w:right w:val="thinThickSmallGap" w:sz="24" w:space="24" w:color="B8892E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Georgia" w:hAnsi="Georgia" w:cs="Nirmala UI"/>
        <w:color w:val="8A8A8A"/>
        <w:sz w:val="16"/>
        <w:szCs w:val="16"/>
      </w:rPr>
      <w:t xml:space="preserve">આ ફાઇલ MS Word અથવા Google Docs માં એડિટ કરો. 5 મિનિટમાં ડિઝાઇન કરેલી PDF જોઈએ? મફત બનાવો: </w:t>
    </w:r>
    <w:hyperlink r:id="rId1">
      <w:r>
        <w:rPr>
          <w:color w:val="8E2A0B"/>
          <w:u w:val="single"/>
          <w:sz w:val="16"/>
        </w:rPr>
        <w:t>mybiodata.app/gu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gu-IN" w:bidi="gu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લગ્ન બાયોડેટા</dc:title>
  <dc:subject/>
  <dc:creator>MyBiodata.App</dc:creator>
  <cp:keywords/>
  <dc:description>https://mybiodata.app/gu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