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Georgia" w:hAnsi="Georgia" w:cs="Nirmala UI"/>
          <w:color w:val="B8892E"/>
          <w:sz w:val="28"/>
          <w:szCs w:val="28"/>
        </w:rPr>
        <w:t>❖  ❖  ❖</w:t>
      </w:r>
    </w:p>
    <w:p>
      <w:pPr>
        <w:spacing w:after="120"/>
        <w:jc w:val="center"/>
      </w:pPr>
      <w:r>
        <w:drawing>
          <wp:inline xmlns:a="http://schemas.openxmlformats.org/drawingml/2006/main" xmlns:pic="http://schemas.openxmlformats.org/drawingml/2006/picture">
            <wp:extent cx="1152000" cy="115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hoto-placehold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152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dxa" w:w="9637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628"/>
        <w:gridCol w:w="6009"/>
      </w:tblGrid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વ્યક્તિગત વિગતો  ❖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નામ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જન્મ તારીખ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જન્મ સમય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જન્મ સ્થળ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ઊંચાઈ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રંગ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ધર્મ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જ્ઞાતિ / ગોત્ર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શિક્ષણ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વ્યવસાય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વાર્ષિક આવક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પારિવારિક વિગતો  ❖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પિતાજીનું નામ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પિતાજીનો વ્યવસાય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માતાજીનું નામ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માતાજીનો વ્યવસાય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ભાઈ / બહેન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સંપર્ક વિગતો  ❖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સંપર્ક વ્યક્તિ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મોબાઇલ નંબર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સરનામું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મારા વિશે  ❖</w:t>
            </w:r>
          </w:p>
        </w:tc>
      </w:tr>
      <w:tr>
        <w:tc>
          <w:tcPr>
            <w:tcW w:type="dxa" w:w="9637"/>
            <w:gridSpan w:val="2"/>
          </w:tcPr>
          <w:p>
            <w:r>
              <w:rPr>
                <w:rFonts w:ascii="Georgia" w:hAnsi="Georgia" w:cs="Nirmala UI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જીવનસાથી પાસેથી અપેક્ષાઓ  ❖</w:t>
            </w:r>
          </w:p>
        </w:tc>
      </w:tr>
      <w:tr>
        <w:tc>
          <w:tcPr>
            <w:tcW w:type="dxa" w:w="9637"/>
            <w:gridSpan w:val="2"/>
          </w:tcPr>
          <w:p>
            <w:r>
              <w:rPr>
                <w:rFonts w:ascii="Georgia" w:hAnsi="Georgia" w:cs="Nirmala UI"/>
                <w:color w:val="8A8A8A"/>
                <w:sz w:val="24"/>
                <w:szCs w:val="24"/>
              </w:rPr>
              <w:t>અહીં ભરો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850" w:right="1134" w:bottom="850" w:left="1134" w:header="720" w:footer="720" w:gutter="0"/>
      <w:cols w:space="720"/>
      <w:docGrid w:linePitch="360"/>
      <w:pgBorders w:offsetFrom="page">
        <w:top w:val="thinThickSmallGap" w:sz="24" w:space="24" w:color="B8892E"/>
        <w:left w:val="thinThickSmallGap" w:sz="24" w:space="24" w:color="B8892E"/>
        <w:bottom w:val="thinThickSmallGap" w:sz="24" w:space="24" w:color="B8892E"/>
        <w:right w:val="thinThickSmallGap" w:sz="24" w:space="24" w:color="B8892E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eorgia" w:hAnsi="Georgia" w:cs="Nirmala UI"/>
        <w:color w:val="8A8A8A"/>
        <w:sz w:val="16"/>
        <w:szCs w:val="16"/>
      </w:rPr>
      <w:t xml:space="preserve">આ ફાઇલ MS Word અથવા Google Docs માં એડિટ કરો. 5 મિનિટમાં ડિઝાઇન કરેલી PDF જોઈએ? મફત બનાવો: </w:t>
    </w:r>
    <w:hyperlink r:id="rId1">
      <w:r>
        <w:rPr>
          <w:color w:val="8E2A0B"/>
          <w:u w:val="single"/>
          <w:sz w:val="16"/>
        </w:rPr>
        <w:t>mybiodata.app/gu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gu-IN" w:bidi="gu-I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ybiodata.app/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લગ્ન બાયોડેટા</dc:title>
  <dc:subject/>
  <dc:creator>MyBiodata.App</dc:creator>
  <cp:keywords/>
  <dc:description>https://mybiodata.app/gu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