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ath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वैयक्तिक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आदित्य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मे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सकाळी 8:15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फूट 10 इंच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हिंदू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देशस्थ ब्राह्मण (कश्यप गोत्र)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B.E. (मेकॅनिकल), COEP 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डिझाइन इंजिनिअर, टाटा मोटर्स, पुणे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₹11 लाख वार्षिक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कौटुंबिक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श्रीकांत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निवृत्त बँक अधिकारी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स्मिता कुलकर्णी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गृहिणी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लहान बहीण (शिक्षण सुरू आहे)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संपर्क माहिती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श्रीकांत कुलकर्णी (वडील)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21, कोथरूड, पुणे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माझ्याबद्दल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मी टाटा मोटर्समध्ये डिझाइन इंजिनिअर आहे. मला ट्रेकिंग, वाचन आणि शास्त्रीय संगीत आवडते.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सुशिक्षित, समजूतदार आणि कुटुंबाला महत्त्व देणारी जोडीदार.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7A121C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