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वैयक्तिक माहिती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वर्ण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कौटुंबिक माहिती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संपर्क माहिती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माझ्याबद्दल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जोडीदाराकडून अपेक्षा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येथे भरा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7A121C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