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917"/>
        <w:gridCol w:w="2721"/>
      </w:tblGrid>
      <w:tr>
        <w:tc>
          <w:tcPr>
            <w:tcW w:type="dxa" w:w="6917"/>
          </w:tcPr>
          <w:p>
            <w:pPr>
              <w:spacing w:before="720"/>
            </w:pPr>
            <w:r>
              <w:rPr>
                <w:rFonts w:ascii="Arial" w:hAnsi="Arial" w:cs="Nirmala UI"/>
                <w:b/>
                <w:color w:val="8A8A8A"/>
                <w:sz w:val="48"/>
                <w:szCs w:val="48"/>
                <w:bCs/>
              </w:rPr>
              <w:t>येथे भरा</w:t>
            </w:r>
          </w:p>
        </w:tc>
        <w:tc>
          <w:tcPr>
            <w:tcW w:type="dxa" w:w="2721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-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515"/>
        <w:gridCol w:w="6123"/>
      </w:tblGrid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वैयक्तिक माहिती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नाव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जन्म तारीख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जन्म वेळ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जन्म ठिकाण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उंची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वर्ण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धर्म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जात / गोत्र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शिक्षण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नोकरी / व्यवसाय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वार्षिक उत्पन्न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कौटुंबिक माहिती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वडिलांचे नाव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वडिलांचा व्यवसाय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आईचे नाव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आईचा व्यवसाय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भाऊ / बहीण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संपर्क माहिती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संपर्कासाठी नाव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मोबाईल नंबर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पत्ता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माझ्याबद्दल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जोडीदाराकडून अपेक्षा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8A8A8A"/>
                <w:sz w:val="24"/>
                <w:szCs w:val="24"/>
              </w:rPr>
              <w:t>येथे भरा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Nirmala UI"/>
        <w:color w:val="8A8A8A"/>
        <w:sz w:val="16"/>
        <w:szCs w:val="16"/>
      </w:rPr>
      <w:t xml:space="preserve">ही फाइल MS Word किंवा Google Docs मध्ये एडिट करा. 5 मिनिटांत डिझाइन केलेला PDF हवा आहे? मोफत तयार करा: </w:t>
    </w:r>
    <w:hyperlink r:id="rId1">
      <w:r>
        <w:rPr>
          <w:color w:val="1F3A5F"/>
          <w:u w:val="single"/>
          <w:sz w:val="16"/>
        </w:rPr>
        <w:t>mybiodata.app/mr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mr-IN" w:bidi="mr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m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लग्नाचा बायोडाटा</dc:title>
  <dc:subject/>
  <dc:creator>MyBiodata.App</dc:creator>
  <cp:keywords/>
  <dc:description>https://mybiodata.app/mr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