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6"/>
      </w:tblGrid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वैयक्तिक माहिती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नाव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सायली देशपांडे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तारीख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18 नोव्हेंबर 1998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वेळ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संध्याकाळी 5:40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ठिकाण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नाशिक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उंची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5 फूट 4 इंच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धर्म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हिंदू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जात / गोत्र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ब्राह्मण (वसिष्ठ गोत्र)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शिक्षण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MBA (HR), सावित्रीबाई फुले पुणे विद्यापीठ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नोकरी / व्यवसाय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HR एक्झिक्युटिव्ह, IT कंपनी, पुणे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वार्षिक उत्पन्न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₹8 लाख वार्षिक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कौटुंबिक माहिती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वडिलांचे नाव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मिलिंद देशपांडे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वडिलांचा व्यवसाय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व्यावसायिक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आईचे नाव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वैशाली देशपांडे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आईचा व्यवसाय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शिक्षिका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भाऊ / बहीण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 मोठा भाऊ (विवाहित)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संपर्क माहिती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संपर्कासाठी नाव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मिलिंद देशपांडे (वडील)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मोबाईल नंबर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पत्ता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7, गंगापूर रोड, नाशिक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माझ्याबद्दल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मी पुण्यात एका IT कंपनीत HR एक्झिक्युटिव्ह आहे. मला कथक नृत्य, स्वयंपाक करणे आणि प्रवास करणे आवडते.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जोडीदाराकडून अपेक्षा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सुशिक्षित, प्रामाणिक आणि एकमेकांच्या करिअरचा आदर करणारा जोडीदार.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ही फाइल MS Word किंवा Google Docs मध्ये एडिट करा. 5 मिनिटांत डिझाइन केलेला PDF हवा आहे? मोफत तयार करा: </w:t>
    </w:r>
    <w:hyperlink r:id="rId1">
      <w:r>
        <w:rPr>
          <w:color w:val="222222"/>
          <w:u w:val="single"/>
          <w:sz w:val="16"/>
        </w:rPr>
        <w:t>mybiodata.app/mr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mr-IN" w:bidi="mr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m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लग्नाचा बायोडाटा</dc:title>
  <dc:subject/>
  <dc:creator>MyBiodata.App</dc:creator>
  <cp:keywords/>
  <dc:description>https://mybiodata.app/mr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