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Georgia" w:hAnsi="Georgia" w:cs="Nirmala UI"/>
          <w:color w:val="B8892E"/>
          <w:sz w:val="28"/>
          <w:szCs w:val="28"/>
        </w:rPr>
        <w:t>❖  ❖  ❖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38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rathi-bo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3824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वैयक्तिक माहिती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नाव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आदित्य कुलकर्णी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जन्म तारीख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5 मे 1997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जन्म वेळ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सकाळी 8:15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जन्म ठिकाण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पुणे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उंची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5 फूट 10 इंच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धर्म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हिंदू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जात / गोत्र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देशस्थ ब्राह्मण (कश्यप गोत्र)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शिक्षण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B.E. (मेकॅनिकल), COEP पुणे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नोकरी / व्यवसाय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डिझाइन इंजिनिअर, टाटा मोटर्स, पुणे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वार्षिक उत्पन्न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₹11 लाख वार्षिक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कौटुंबिक माहिती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वडिलांचे नाव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श्रीकांत कुलकर्णी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वडिलांचा व्यवसाय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निवृत्त बँक अधिकारी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आईचे नाव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स्मिता कुलकर्णी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आईचा व्यवसाय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गृहिणी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भाऊ / बहीण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1 लहान बहीण (शिक्षण सुरू आहे)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संपर्क माहिती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संपर्कासाठी नाव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श्रीकांत कुलकर्णी (वडील)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मोबाईल नंबर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पत्ता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21, कोथरूड, पुणे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माझ्याबद्दल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मी टाटा मोटर्समध्ये डिझाइन इंजिनिअर आहे. मला ट्रेकिंग, वाचन आणि शास्त्रीय संगीत आवडते.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जोडीदाराकडून अपेक्षा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सुशिक्षित, समजूतदार आणि कुटुंबाला महत्त्व देणारी जोडीदार.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thinThickSmallGap" w:sz="24" w:space="24" w:color="B8892E"/>
        <w:left w:val="thinThickSmallGap" w:sz="24" w:space="24" w:color="B8892E"/>
        <w:bottom w:val="thinThickSmallGap" w:sz="24" w:space="24" w:color="B8892E"/>
        <w:right w:val="thinThickSmallGap" w:sz="24" w:space="24" w:color="B8892E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ही फाइल MS Word किंवा Google Docs मध्ये एडिट करा. 5 मिनिटांत डिझाइन केलेला PDF हवा आहे? मोफत तयार करा: </w:t>
    </w:r>
    <w:hyperlink r:id="rId1">
      <w:r>
        <w:rPr>
          <w:color w:val="8E2A0B"/>
          <w:u w:val="single"/>
          <w:sz w:val="16"/>
        </w:rPr>
        <w:t>mybiodata.app/mr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mr-IN" w:bidi="mr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m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लग्नाचा बायोडाटा</dc:title>
  <dc:subject/>
  <dc:creator>MyBiodata.App</dc:creator>
  <cp:keywords/>
  <dc:description>https://mybiodata.app/mr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