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15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to-placehold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520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தனிப்பட்ட விவரங்கள்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பெயர்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பிறந்த தேதி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பிறந்த நேரம்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பிறந்த இடம்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உயரம்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நிறம்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மதம்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சாதி / கோத்திரம்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கல்வி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தொழில்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ஆண்டு வருமானம்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குடும்ப விவரங்கள்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தந்தையின் பெயர்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தந்தையின் தொழில்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தாயாரின் பெயர்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தாயாரின் தொழில்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சகோதரர் / சகோதரி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தொடர்பு விவரங்கள்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தொடர்பு நபர்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கைபேசி எண்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முகவரி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என்னைப் பற்றி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7A121C"/>
                <w:sz w:val="28"/>
                <w:szCs w:val="28"/>
                <w:bCs/>
              </w:rPr>
              <w:t>வாழ்க்கைத் துணை பற்றிய எதிர்பார்ப்புகள்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8A8A8A"/>
                <w:sz w:val="24"/>
                <w:szCs w:val="24"/>
              </w:rPr>
              <w:t>இங்கே நிரப்பவும்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double" w:sz="12" w:space="24" w:color="7A121C"/>
        <w:left w:val="double" w:sz="12" w:space="24" w:color="7A121C"/>
        <w:bottom w:val="double" w:sz="12" w:space="24" w:color="7A121C"/>
        <w:right w:val="double" w:sz="12" w:space="24" w:color="7A121C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இந்தக் கோப்பை MS Word அல்லது Google Docs-ல் திருத்தலாம். 5 நிமிடங்களில் டிசைன் செய்த PDF வேண்டுமா? இலவசமாக உருவாக்குங்கள்: </w:t>
    </w:r>
    <w:hyperlink r:id="rId1">
      <w:r>
        <w:rPr>
          <w:color w:val="7A121C"/>
          <w:u w:val="single"/>
          <w:sz w:val="16"/>
        </w:rPr>
        <w:t>mybiodata.app/ta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a-IN" w:bidi="ta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திருமண பயோடேட்டா</dc:title>
  <dc:subject/>
  <dc:creator>MyBiodata.App</dc:creator>
  <cp:keywords/>
  <dc:description>https://mybiodata.app/ta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