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917"/>
        <w:gridCol w:w="2721"/>
      </w:tblGrid>
      <w:tr>
        <w:tc>
          <w:tcPr>
            <w:tcW w:type="dxa" w:w="6917"/>
          </w:tcPr>
          <w:p>
            <w:pPr>
              <w:spacing w:before="720"/>
            </w:pPr>
            <w:r>
              <w:rPr>
                <w:rFonts w:ascii="Arial" w:hAnsi="Arial" w:cs="Nirmala UI"/>
                <w:b/>
                <w:color w:val="1F3A5F"/>
                <w:sz w:val="48"/>
                <w:szCs w:val="48"/>
                <w:bCs/>
              </w:rPr>
              <w:t>திவ்யா ரமேஷ்</w:t>
            </w:r>
          </w:p>
        </w:tc>
        <w:tc>
          <w:tcPr>
            <w:tcW w:type="dxa" w:w="2721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224000" cy="146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mil-girl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46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515"/>
        <w:gridCol w:w="6123"/>
      </w:tblGrid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தனிப்பட்ட விவரங்கள்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பெயர்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திவ்யா ரமேஷ்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பிறந்த தேதி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21 டிசம்பர் 1998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பிறந்த நேரம்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மாலை 4:50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பிறந்த இடம்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கோயம்புத்தூர்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உயரம்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5 அடி 3 அங்குலம்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மதம்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இந்து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கல்வி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M.Sc (உயிர்வேதியியல்), PSG கல்லூரி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தொழில்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ஆய்வக அலுவலர், தனியார் மருத்துவமனை, கோயம்புத்தூர்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ஆண்டு வருமானம்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ஆண்டுக்கு ₹5 லட்சம்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குடும்ப விவரங்கள்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தந்தையின் பெயர்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K. ரமேஷ்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தந்தையின் தொழில்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தொழிலதிபர்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தாயாரின் பெயர்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கலா ரமேஷ்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தாயாரின் தொழில்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ஆசிரியை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சகோதரர் / சகோதரி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1 தம்பி (கல்லூரியில் படிக்கிறார்)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தொடர்பு விவரங்கள்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தொடர்பு நபர்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K. ரமேஷ் (தந்தை)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கைபேசி எண்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+91 98XXX XXXXX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முகவரி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9, ஆர்.எஸ். புரம், கோயம்புத்தூர்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என்னைப் பற்றி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222222"/>
                <w:sz w:val="24"/>
                <w:szCs w:val="24"/>
              </w:rPr>
              <w:t>நான் கோயம்புத்தூரில் ஒரு மருத்துவமனையில் ஆய்வக அலுவலராகப் பணிபுரிகிறேன். பரதநாட்டியம் ஆடுவது, சமைப்பது, பயணம் செய்வது பிடிக்கும்.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வாழ்க்கைத் துணை பற்றிய எதிர்பார்ப்புகள்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222222"/>
                <w:sz w:val="24"/>
                <w:szCs w:val="24"/>
              </w:rPr>
              <w:t>படித்த, மற்றவர்களை மதிக்கும், என் பணியை ஆதரிக்கும் வாழ்க்கைத் துணை.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Nirmala UI"/>
        <w:color w:val="8A8A8A"/>
        <w:sz w:val="16"/>
        <w:szCs w:val="16"/>
      </w:rPr>
      <w:t xml:space="preserve">இந்தக் கோப்பை MS Word அல்லது Google Docs-ல் திருத்தலாம். 5 நிமிடங்களில் டிசைன் செய்த PDF வேண்டுமா? இலவசமாக உருவாக்குங்கள்: </w:t>
    </w:r>
    <w:hyperlink r:id="rId1">
      <w:r>
        <w:rPr>
          <w:color w:val="1F3A5F"/>
          <w:u w:val="single"/>
          <w:sz w:val="16"/>
        </w:rPr>
        <w:t>mybiodata.app/ta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ta-IN" w:bidi="ta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திருமண பயோடேட்டா</dc:title>
  <dc:subject/>
  <dc:creator>MyBiodata.App</dc:creator>
  <cp:keywords/>
  <dc:description>https://mybiodata.app/ta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