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6"/>
      </w:tblGrid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தனிப்பட்ட விவரங்கள்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பெயர்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பிறந்த தேதி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பிறந்த நேரம்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பிறந்த இடம்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உயரம்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நிறம்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மதம்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சாதி / கோத்திரம்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கல்வி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தொழில்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ஆண்டு வருமானம்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குடும்ப விவரங்கள்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தந்தையின் பெயர்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தந்தையின் தொழில்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தாயாரின் பெயர்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தாயாரின் தொழில்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சகோதரர் / சகோதரி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தொடர்பு விவரங்கள்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தொடர்பு நபர்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கைபேசி எண்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முகவரி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என்னைப் பற்றி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வாழ்க்கைத் துணை பற்றிய எதிர்பார்ப்புகள்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இந்தக் கோப்பை MS Word அல்லது Google Docs-ல் திருத்தலாம். 5 நிமிடங்களில் டிசைன் செய்த PDF வேண்டுமா? இலவசமாக உருவாக்குங்கள்: </w:t>
    </w:r>
    <w:hyperlink r:id="rId1">
      <w:r>
        <w:rPr>
          <w:color w:val="222222"/>
          <w:u w:val="single"/>
          <w:sz w:val="16"/>
        </w:rPr>
        <w:t>mybiodata.app/ta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a-IN" w:bidi="ta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திருமண பயோடேட்டா</dc:title>
  <dc:subject/>
  <dc:creator>MyBiodata.App</dc:creator>
  <cp:keywords/>
  <dc:description>https://mybiodata.app/ta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