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38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lugu-b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వ్యక్తిగత వివరాలు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సాయి కిరణ్ రెడ్డి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పుట్టిన తేదీ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16 జూలై 1997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జన్మ సమయం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ఉదయం 7:20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జన్మస్థలం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గుంటూరు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ఎత్తు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5 అడుగులు 10 అంగుళాలు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మతం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హిందూ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కులం / గోత్రం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రెడ్డి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విద్య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B.Tech (CSE), JNTU కాకినాడ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సాఫ్ట్‌వేర్ ఇంజనీర్, హైదరాబాద్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వార్షిక ఆదాయం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సంవత్సరానికి ₹13 లక్షలు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కుటుంబ వివరాలు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తండ్రి 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వెంకట రెడ్డి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తండ్రి 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వ్యవసాయం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తల్లి 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పద్మావతి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తల్లి 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గృహిణి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సోదరులు / సోదరీమణులు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 చెల్లెలు (చదువుకుంటోంది)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సంప్రదింపు వివరాలు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సంప్రదించాల్సిన వ్యక్తి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వెంకట రెడ్డి (తండ్రి)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మొబైల్ నంబర్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చిరునామా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4-12, బ్రాడీపేట, గుంటూరు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నా గురించి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నేను హైదరాబాద్‌లో సాఫ్ట్‌వేర్ ఇంజనీర్‌గా పనిచేస్తున్నాను. నాకు క్రికెట్ ఆడటం, సినిమాలు చూడటం, కుటుంబంతో ప్రయాణించడం ఇష్టం.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జీవిత భాగస్వామి నుంచి ఆశించేవి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చదువుకున్న, మంచి మనసున్న, కుటుంబానికి విలువ ఇచ్చే జీవిత భాగస్వామి.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double" w:sz="12" w:space="24" w:color="7A121C"/>
        <w:left w:val="double" w:sz="12" w:space="24" w:color="7A121C"/>
        <w:bottom w:val="double" w:sz="12" w:space="24" w:color="7A121C"/>
        <w:right w:val="double" w:sz="12" w:space="24" w:color="7A121C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ఈ ఫైల్‌ను MS Word లేదా Google Docsలో ఎడిట్ చేయండి. 5 నిమిషాల్లో డిజైన్ చేసిన PDF కావాలా? ఉచితంగా తయారు చేయండి: </w:t>
    </w:r>
    <w:hyperlink r:id="rId1">
      <w:r>
        <w:rPr>
          <w:color w:val="7A121C"/>
          <w:u w:val="single"/>
          <w:sz w:val="16"/>
        </w:rPr>
        <w:t>mybiodata.app/te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e-IN" w:bidi="te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పెళ్లి బయోడేటా</dc:title>
  <dc:subject/>
  <dc:creator>MyBiodata.App</dc:creator>
  <cp:keywords/>
  <dc:description>https://mybiodata.app/te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