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917"/>
        <w:gridCol w:w="2721"/>
      </w:tblGrid>
      <w:tr>
        <w:tc>
          <w:tcPr>
            <w:tcW w:type="dxa" w:w="6917"/>
          </w:tcPr>
          <w:p>
            <w:pPr>
              <w:spacing w:before="720"/>
            </w:pPr>
            <w:r>
              <w:rPr>
                <w:rFonts w:ascii="Arial" w:hAnsi="Arial" w:cs="Nirmala UI"/>
                <w:b/>
                <w:color w:val="1F3A5F"/>
                <w:sz w:val="48"/>
                <w:szCs w:val="48"/>
                <w:bCs/>
              </w:rPr>
              <w:t>శ్రావణి రావు</w:t>
            </w:r>
          </w:p>
        </w:tc>
        <w:tc>
          <w:tcPr>
            <w:tcW w:type="dxa" w:w="2721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24000" cy="146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lugu-girl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46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6123"/>
      </w:tblGrid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వ్యక్తిగత వివరాలు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పేరు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శ్రావణి రావు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పుట్టిన తేదీ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30 అక్టోబర్ 1998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జన్మ సమయం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సాయంత్రం 6:05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జన్మస్థలం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విశాఖపట్నం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ఎత్తు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5 అడుగులు 4 అంగుళాలు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మతం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హిందూ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విద్య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MBBS, ఆంధ్ర మెడికల్ కాలేజ్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వృత్తి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డాక్టర్, ప్రభుత్వ ఆసుపత్రి, విశాఖపట్నం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వార్షిక ఆదాయం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సంవత్సరానికి ₹12 లక్షలు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కుటుంబ వివరాలు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తండ్రి పేరు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శ్రీనివాస రావు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తండ్రి వృత్తి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బ్యాంక్ ఉద్యోగి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తల్లి పేరు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లక్ష్మి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తల్లి వృత్తి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ఉపాధ్యాయురాలు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సోదరులు / సోదరీమణులు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 అన్నయ్య (వివాహితుడు)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సంప్రదింపు వివరాలు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సంప్రదించాల్సిన వ్యక్తి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శ్రీనివాస రావు (తండ్రి)</w:t>
            </w:r>
          </w:p>
        </w:tc>
      </w:tr>
      <w:tr>
        <w:tc>
          <w:tcPr>
            <w:tcW w:type="dxa" w:w="3515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మొబైల్ నంబర్</w:t>
            </w:r>
          </w:p>
        </w:tc>
        <w:tc>
          <w:tcPr>
            <w:tcW w:type="dxa" w:w="6123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515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చిరునామా</w:t>
            </w:r>
          </w:p>
        </w:tc>
        <w:tc>
          <w:tcPr>
            <w:tcW w:type="dxa" w:w="6123"/>
            <w:shd w:val="clear" w:color="auto" w:fill="EEF2F7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12, ద్వారకా నగర్, విశాఖపట్నం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నా గురించి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నేను విశాఖపట్నంలో డాక్టర్‌గా పనిచేస్తున్నాను. నాకు సంగీతం వినడం, పుస్తకాలు చదవడం, వంట చేయడం ఇష్టం.</w:t>
            </w:r>
          </w:p>
        </w:tc>
      </w:tr>
      <w:tr>
        <w:tc>
          <w:tcPr>
            <w:tcW w:type="dxa" w:w="9638"/>
            <w:gridSpan w:val="2"/>
            <w:shd w:val="clear" w:color="auto" w:fill="1F3A5F"/>
          </w:tcPr>
          <w:p>
            <w:pPr>
              <w:spacing w:before="60" w:after="60"/>
            </w:pPr>
            <w:r>
              <w:rPr>
                <w:rFonts w:ascii="Arial" w:hAnsi="Arial" w:cs="Nirmala UI"/>
                <w:b/>
                <w:color w:val="FFFFFF"/>
                <w:sz w:val="26"/>
                <w:szCs w:val="26"/>
                <w:bCs/>
              </w:rPr>
              <w:t>జీవిత భాగస్వామి నుంచి ఆశించేవి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చదువుకున్న, ఇతరులను గౌరవించే, నా వృత్తిని అర్థం చేసుకునే జీవిత భాగస్వామి.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ఈ ఫైల్‌ను MS Word లేదా Google Docsలో ఎడిట్ చేయండి. 5 నిమిషాల్లో డిజైన్ చేసిన PDF కావాలా? ఉచితంగా తయారు చేయండి: </w:t>
    </w:r>
    <w:hyperlink r:id="rId1">
      <w:r>
        <w:rPr>
          <w:color w:val="1F3A5F"/>
          <w:u w:val="single"/>
          <w:sz w:val="16"/>
        </w:rPr>
        <w:t>mybiodata.app/te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e-IN" w:bidi="te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పెళ్లి బయోడేటా</dc:title>
  <dc:subject/>
  <dc:creator>MyBiodata.App</dc:creator>
  <cp:keywords/>
  <dc:description>https://mybiodata.app/te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