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8A8A8A"/>
                <w:sz w:val="48"/>
                <w:szCs w:val="48"/>
                <w:bCs/>
              </w:rPr>
              <w:t>ఇక్కడ పూరించండి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-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వ్యక్తిగత వివరాలు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పేరు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పుట్టిన తేదీ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జన్మ సమయం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జన్మస్థలం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ఎత్తు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రంగు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మతం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కులం / గోత్రం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విద్య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వృత్తి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వార్షిక ఆదాయం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కుటుంబ వివరాలు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తండ్రి పేరు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తండ్రి వృత్తి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తల్లి పేరు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తల్లి వృత్తి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సోదరులు / సోదరీమణులు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సంప్రదింపు వివరాలు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సంప్రదించాల్సిన వ్యక్తి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మొబైల్ నంబర్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చిరునామా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నా గురించి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జీవిత భాగస్వామి నుంచి ఆశించేవి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ఈ ఫైల్‌ను MS Word లేదా Google Docsలో ఎడిట్ చేయండి. 5 నిమిషాల్లో డిజైన్ చేసిన PDF కావాలా? ఉచితంగా తయారు చేయండి: </w:t>
    </w:r>
    <w:hyperlink r:id="rId1">
      <w:r>
        <w:rPr>
          <w:color w:val="1F3A5F"/>
          <w:u w:val="single"/>
          <w:sz w:val="16"/>
        </w:rPr>
        <w:t>mybiodata.app/te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e-IN" w:bidi="te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పెళ్లి బయోడేటా</dc:title>
  <dc:subject/>
  <dc:creator>MyBiodata.App</dc:creator>
  <cp:keywords/>
  <dc:description>https://mybiodata.app/te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