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6"/>
      </w:tblGrid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వ్యక్తిగత వివరాలు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పేరు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శ్రావణి రావు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పుట్టిన తేదీ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30 అక్టోబర్ 1998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జన్మ సమయం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సాయంత్రం 6:05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జన్మస్థలం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విశాఖపట్నం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ఎత్తు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5 అడుగులు 4 అంగుళాలు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మతం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హిందూ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విద్య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MBBS, ఆంధ్ర మెడికల్ కాలేజ్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వృత్తి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డాక్టర్, ప్రభుత్వ ఆసుపత్రి, విశాఖపట్నం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వార్షిక ఆదాయం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సంవత్సరానికి ₹12 లక్షలు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కుటుంబ వివరాలు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తండ్రి పేరు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శ్రీనివాస రావు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తండ్రి వృత్తి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బ్యాంక్ ఉద్యోగి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తల్లి పేరు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లక్ష్మి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తల్లి వృత్తి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ఉపాధ్యాయురాలు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సోదరులు / సోదరీమణులు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 అన్నయ్య (వివాహితుడు)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సంప్రదింపు వివరాలు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సంప్రదించాల్సిన వ్యక్తి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శ్రీనివాస రావు (తండ్రి)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మొబైల్ నంబర్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చిరునామా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12, ద్వారకా నగర్, విశాఖపట్నం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నా గురించి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నేను విశాఖపట్నంలో డాక్టర్‌గా పనిచేస్తున్నాను. నాకు సంగీతం వినడం, పుస్తకాలు చదవడం, వంట చేయడం ఇష్టం.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జీవిత భాగస్వామి నుంచి ఆశించేవి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చదువుకున్న, ఇతరులను గౌరవించే, నా వృత్తిని అర్థం చేసుకునే జీవిత భాగస్వామి.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ఈ ఫైల్‌ను MS Word లేదా Google Docsలో ఎడిట్ చేయండి. 5 నిమిషాల్లో డిజైన్ చేసిన PDF కావాలా? ఉచితంగా తయారు చేయండి: </w:t>
    </w:r>
    <w:hyperlink r:id="rId1">
      <w:r>
        <w:rPr>
          <w:color w:val="222222"/>
          <w:u w:val="single"/>
          <w:sz w:val="16"/>
        </w:rPr>
        <w:t>mybiodata.app/te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e-IN" w:bidi="te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పెళ్లి బయోడేటా</dc:title>
  <dc:subject/>
  <dc:creator>MyBiodata.App</dc:creator>
  <cp:keywords/>
  <dc:description>https://mybiodata.app/te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