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Georgia" w:hAnsi="Georgia" w:cs="Nirmala UI"/>
          <w:color w:val="B8892E"/>
          <w:sz w:val="28"/>
          <w:szCs w:val="28"/>
        </w:rPr>
        <w:t>❖  ❖  ❖</w:t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1152000" cy="115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hoto-placehold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152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009"/>
      </w:tblGrid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వ్యక్తిగత వివరాలు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పేరు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పుట్టిన తేదీ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జన్మ సమయం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జన్మస్థలం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ఎత్తు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రంగు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మతం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కులం / గోత్రం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విద్య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వృత్తి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వార్షిక ఆదాయం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కుటుంబ వివరాలు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తండ్రి పేరు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తండ్రి వృత్తి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తల్లి పేరు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తల్లి వృత్తి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సోదరులు / సోదరీమణులు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సంప్రదింపు వివరాలు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సంప్రదించాల్సిన వ్యక్తి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మొబైల్ నంబర్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చిరునామా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నా గురించి  ❖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జీవిత భాగస్వామి నుంచి ఆశించేవి  ❖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8A8A8A"/>
                <w:sz w:val="24"/>
                <w:szCs w:val="24"/>
              </w:rPr>
              <w:t>ఇక్కడ పూరించండి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  <w:pgBorders w:offsetFrom="page">
        <w:top w:val="thinThickSmallGap" w:sz="24" w:space="24" w:color="B8892E"/>
        <w:left w:val="thinThickSmallGap" w:sz="24" w:space="24" w:color="B8892E"/>
        <w:bottom w:val="thinThickSmallGap" w:sz="24" w:space="24" w:color="B8892E"/>
        <w:right w:val="thinThickSmallGap" w:sz="24" w:space="24" w:color="B8892E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 w:cs="Nirmala UI"/>
        <w:color w:val="8A8A8A"/>
        <w:sz w:val="16"/>
        <w:szCs w:val="16"/>
      </w:rPr>
      <w:t xml:space="preserve">ఈ ఫైల్‌ను MS Word లేదా Google Docsలో ఎడిట్ చేయండి. 5 నిమిషాల్లో డిజైన్ చేసిన PDF కావాలా? ఉచితంగా తయారు చేయండి: </w:t>
    </w:r>
    <w:hyperlink r:id="rId1">
      <w:r>
        <w:rPr>
          <w:color w:val="8E2A0B"/>
          <w:u w:val="single"/>
          <w:sz w:val="16"/>
        </w:rPr>
        <w:t>mybiodata.app/te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te-IN" w:bidi="te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పెళ్లి బయోడేటా</dc:title>
  <dc:subject/>
  <dc:creator>MyBiodata.App</dc:creator>
  <cp:keywords/>
  <dc:description>https://mybiodata.app/te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